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548DD4" w:themeColor="text2" w:themeTint="99"/>
  <w:body>
    <w:p w14:paraId="38B817B7" w14:textId="6684351D" w:rsidR="00A574CF" w:rsidRPr="003A0790" w:rsidRDefault="00000000" w:rsidP="009202AB">
      <w:pPr>
        <w:rPr>
          <w:outline/>
          <w:color w:val="EEECE1" w:themeColor="background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A0790">
        <w:rPr>
          <w:outline/>
          <w:color w:val="EEECE1" w:themeColor="background2"/>
          <w:sz w:val="48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🦷 </w:t>
      </w:r>
      <w:r w:rsidR="009F477B" w:rsidRPr="003A0790">
        <w:rPr>
          <w:outline/>
          <w:color w:val="EEECE1" w:themeColor="background2"/>
          <w:sz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Healthy </w:t>
      </w:r>
      <w:r w:rsidR="009202AB" w:rsidRPr="003A0790">
        <w:rPr>
          <w:outline/>
          <w:color w:val="EEECE1" w:themeColor="background2"/>
          <w:sz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Eating </w:t>
      </w:r>
      <w:r w:rsidR="00976B38" w:rsidRPr="003A0790">
        <w:rPr>
          <w:outline/>
          <w:color w:val="EEECE1" w:themeColor="background2"/>
          <w:sz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habit for</w:t>
      </w:r>
      <w:r w:rsidR="009F477B" w:rsidRPr="003A0790">
        <w:rPr>
          <w:outline/>
          <w:color w:val="EEECE1" w:themeColor="background2"/>
          <w:sz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Super </w:t>
      </w:r>
      <w:r w:rsidR="009202AB" w:rsidRPr="003A0790">
        <w:rPr>
          <w:outline/>
          <w:color w:val="EEECE1" w:themeColor="background2"/>
          <w:sz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Kids!</w:t>
      </w:r>
      <w:r w:rsidR="009202AB" w:rsidRPr="003A0790">
        <w:rPr>
          <w:outline/>
          <w:color w:val="EEECE1" w:themeColor="background2"/>
          <w:sz w:val="48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9202AB" w:rsidRPr="003A0790">
        <w:rPr>
          <w:rFonts w:ascii="Segoe UI Emoji" w:hAnsi="Segoe UI Emoji" w:cs="Segoe UI Emoji"/>
          <w:outline/>
          <w:color w:val="EEECE1" w:themeColor="background2"/>
          <w:sz w:val="48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🦷</w:t>
      </w:r>
    </w:p>
    <w:p w14:paraId="0BE60C83" w14:textId="77777777" w:rsidR="00A574CF" w:rsidRPr="003A0790" w:rsidRDefault="00000000" w:rsidP="009202AB">
      <w:pPr>
        <w:ind w:left="-709"/>
        <w:rPr>
          <w:color w:val="EEECE1" w:themeColor="background2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A0790">
        <w:rPr>
          <w:color w:val="EEECE1" w:themeColor="background2"/>
          <w:sz w:val="32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Hello Super Kids! 🌟</w:t>
      </w:r>
      <w:r w:rsidRPr="003A0790">
        <w:rPr>
          <w:color w:val="EEECE1" w:themeColor="background2"/>
          <w:sz w:val="32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br/>
        <w:t>Did you know that the food you eat can make your teeth strong and shiny? Let’s learn about yummy foods that help teeth and foods we should only eat sometimes!</w:t>
      </w:r>
    </w:p>
    <w:tbl>
      <w:tblPr>
        <w:tblW w:w="10357" w:type="dxa"/>
        <w:jc w:val="center"/>
        <w:tblLook w:val="04A0" w:firstRow="1" w:lastRow="0" w:firstColumn="1" w:lastColumn="0" w:noHBand="0" w:noVBand="1"/>
      </w:tblPr>
      <w:tblGrid>
        <w:gridCol w:w="5135"/>
        <w:gridCol w:w="5222"/>
      </w:tblGrid>
      <w:tr w:rsidR="00976B38" w14:paraId="654CF0CD" w14:textId="77777777" w:rsidTr="002F6A83">
        <w:trPr>
          <w:cantSplit/>
          <w:trHeight w:val="4372"/>
          <w:jc w:val="center"/>
        </w:trPr>
        <w:tc>
          <w:tcPr>
            <w:tcW w:w="5135" w:type="dxa"/>
            <w:shd w:val="clear" w:color="auto" w:fill="E8F5E9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0F1AD51E" w14:textId="77777777" w:rsidR="00976B38" w:rsidRPr="00976B38" w:rsidRDefault="00976B38" w:rsidP="00FF39A8">
            <w:pPr>
              <w:spacing w:after="160"/>
              <w:rPr>
                <w:sz w:val="30"/>
                <w:szCs w:val="26"/>
              </w:rPr>
            </w:pPr>
            <w:r w:rsidRPr="00976B38">
              <w:rPr>
                <w:b/>
                <w:color w:val="2E7D32"/>
                <w:sz w:val="30"/>
                <w:szCs w:val="26"/>
              </w:rPr>
              <w:t>🌟 Foods GOOD for Teeth</w:t>
            </w:r>
            <w:r w:rsidRPr="00976B38">
              <w:rPr>
                <w:b/>
                <w:color w:val="2E7D32"/>
                <w:sz w:val="30"/>
                <w:szCs w:val="26"/>
              </w:rPr>
              <w:br/>
              <w:t>(Happy Teeth!)</w:t>
            </w:r>
          </w:p>
          <w:p w14:paraId="136EA85B" w14:textId="77777777" w:rsidR="00976B38" w:rsidRPr="00976B38" w:rsidRDefault="00976B38" w:rsidP="00FF39A8">
            <w:pPr>
              <w:spacing w:after="80"/>
              <w:rPr>
                <w:sz w:val="30"/>
                <w:szCs w:val="26"/>
              </w:rPr>
            </w:pPr>
            <w:r w:rsidRPr="00976B38">
              <w:rPr>
                <w:sz w:val="30"/>
                <w:szCs w:val="26"/>
              </w:rPr>
              <w:t>🥛 Milk, cheese &amp; yogurt help build strong teeth.</w:t>
            </w:r>
          </w:p>
          <w:p w14:paraId="173D7757" w14:textId="77777777" w:rsidR="00976B38" w:rsidRPr="00976B38" w:rsidRDefault="00976B38" w:rsidP="00FF39A8">
            <w:pPr>
              <w:spacing w:after="80"/>
              <w:rPr>
                <w:sz w:val="30"/>
                <w:szCs w:val="26"/>
              </w:rPr>
            </w:pPr>
            <w:r w:rsidRPr="00976B38">
              <w:rPr>
                <w:sz w:val="30"/>
                <w:szCs w:val="26"/>
              </w:rPr>
              <w:t>🍎 Crunchy fruits &amp; veggies clean teeth naturally.</w:t>
            </w:r>
          </w:p>
          <w:p w14:paraId="2C17F4A3" w14:textId="77777777" w:rsidR="00976B38" w:rsidRPr="00976B38" w:rsidRDefault="00976B38" w:rsidP="00FF39A8">
            <w:pPr>
              <w:spacing w:after="80"/>
              <w:rPr>
                <w:sz w:val="30"/>
                <w:szCs w:val="26"/>
              </w:rPr>
            </w:pPr>
            <w:r w:rsidRPr="00976B38">
              <w:rPr>
                <w:sz w:val="30"/>
                <w:szCs w:val="26"/>
              </w:rPr>
              <w:t>🥬 Leafy greens provide vitamins for healthy gums.</w:t>
            </w:r>
          </w:p>
          <w:p w14:paraId="2E10D540" w14:textId="77777777" w:rsidR="00976B38" w:rsidRPr="00976B38" w:rsidRDefault="00976B38" w:rsidP="00FF39A8">
            <w:pPr>
              <w:spacing w:after="80"/>
              <w:rPr>
                <w:sz w:val="30"/>
                <w:szCs w:val="26"/>
              </w:rPr>
            </w:pPr>
            <w:r w:rsidRPr="00976B38">
              <w:rPr>
                <w:sz w:val="30"/>
                <w:szCs w:val="26"/>
              </w:rPr>
              <w:t>💧 Water keeps the mouth fresh and clean.</w:t>
            </w:r>
          </w:p>
          <w:p w14:paraId="56D1CF64" w14:textId="77777777" w:rsidR="00976B38" w:rsidRPr="00976B38" w:rsidRDefault="00976B38" w:rsidP="00FF39A8">
            <w:pPr>
              <w:spacing w:after="80"/>
              <w:rPr>
                <w:sz w:val="30"/>
                <w:szCs w:val="26"/>
              </w:rPr>
            </w:pPr>
            <w:r w:rsidRPr="00976B38">
              <w:rPr>
                <w:sz w:val="30"/>
                <w:szCs w:val="26"/>
              </w:rPr>
              <w:t>🍳 Eggs, fish and nuts help protect teeth.</w:t>
            </w:r>
          </w:p>
        </w:tc>
        <w:tc>
          <w:tcPr>
            <w:tcW w:w="5222" w:type="dxa"/>
            <w:shd w:val="clear" w:color="auto" w:fill="FFEBEE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4A0E12AF" w14:textId="77777777" w:rsidR="00976B38" w:rsidRPr="00976B38" w:rsidRDefault="00976B38" w:rsidP="00FF39A8">
            <w:pPr>
              <w:spacing w:after="160"/>
              <w:rPr>
                <w:sz w:val="30"/>
                <w:szCs w:val="26"/>
              </w:rPr>
            </w:pPr>
            <w:r w:rsidRPr="00976B38">
              <w:rPr>
                <w:b/>
                <w:color w:val="C62828"/>
                <w:sz w:val="30"/>
                <w:szCs w:val="26"/>
              </w:rPr>
              <w:t>⚠️ Foods BAD for Teeth</w:t>
            </w:r>
            <w:r w:rsidRPr="00976B38">
              <w:rPr>
                <w:b/>
                <w:color w:val="C62828"/>
                <w:sz w:val="30"/>
                <w:szCs w:val="26"/>
              </w:rPr>
              <w:br/>
              <w:t>(Too Much Sugar Hurts!)</w:t>
            </w:r>
          </w:p>
          <w:p w14:paraId="18EF97DF" w14:textId="77777777" w:rsidR="00976B38" w:rsidRPr="00976B38" w:rsidRDefault="00976B38" w:rsidP="00FF39A8">
            <w:pPr>
              <w:spacing w:after="80"/>
              <w:rPr>
                <w:sz w:val="30"/>
                <w:szCs w:val="26"/>
              </w:rPr>
            </w:pPr>
            <w:r w:rsidRPr="00976B38">
              <w:rPr>
                <w:sz w:val="30"/>
                <w:szCs w:val="26"/>
              </w:rPr>
              <w:t>🍬 Sticky sweets stay on teeth and cause cavities.</w:t>
            </w:r>
          </w:p>
          <w:p w14:paraId="3AA206C0" w14:textId="77777777" w:rsidR="00976B38" w:rsidRPr="00976B38" w:rsidRDefault="00976B38" w:rsidP="00FF39A8">
            <w:pPr>
              <w:spacing w:after="80"/>
              <w:rPr>
                <w:sz w:val="30"/>
                <w:szCs w:val="26"/>
              </w:rPr>
            </w:pPr>
            <w:r w:rsidRPr="00976B38">
              <w:rPr>
                <w:sz w:val="30"/>
                <w:szCs w:val="26"/>
              </w:rPr>
              <w:t>🥤 Fizzy drinks weaken teeth from sugar &amp; acid.</w:t>
            </w:r>
          </w:p>
          <w:p w14:paraId="74E9CB30" w14:textId="77777777" w:rsidR="00976B38" w:rsidRPr="00976B38" w:rsidRDefault="00976B38" w:rsidP="00FF39A8">
            <w:pPr>
              <w:spacing w:after="80"/>
              <w:rPr>
                <w:sz w:val="30"/>
                <w:szCs w:val="26"/>
              </w:rPr>
            </w:pPr>
            <w:r w:rsidRPr="00976B38">
              <w:rPr>
                <w:sz w:val="30"/>
                <w:szCs w:val="26"/>
              </w:rPr>
              <w:t>🍪 Sugary snacks can damage teeth if eaten too often.</w:t>
            </w:r>
          </w:p>
          <w:p w14:paraId="4824EFAA" w14:textId="77777777" w:rsidR="00976B38" w:rsidRPr="00976B38" w:rsidRDefault="00976B38" w:rsidP="00FF39A8">
            <w:pPr>
              <w:spacing w:after="80"/>
              <w:rPr>
                <w:sz w:val="30"/>
                <w:szCs w:val="26"/>
              </w:rPr>
            </w:pPr>
            <w:r w:rsidRPr="00976B38">
              <w:rPr>
                <w:sz w:val="30"/>
                <w:szCs w:val="26"/>
              </w:rPr>
              <w:t>🍔 Junk food may get trapped between teeth.</w:t>
            </w:r>
          </w:p>
          <w:p w14:paraId="4C0B3715" w14:textId="77777777" w:rsidR="00976B38" w:rsidRPr="00976B38" w:rsidRDefault="00976B38" w:rsidP="00FF39A8">
            <w:pPr>
              <w:spacing w:after="80"/>
              <w:rPr>
                <w:sz w:val="30"/>
                <w:szCs w:val="26"/>
              </w:rPr>
            </w:pPr>
            <w:r w:rsidRPr="00976B38">
              <w:rPr>
                <w:sz w:val="30"/>
                <w:szCs w:val="26"/>
              </w:rPr>
              <w:t>🧃 Sweet juices may contain lots of hidden sugar.</w:t>
            </w:r>
          </w:p>
        </w:tc>
      </w:tr>
    </w:tbl>
    <w:p w14:paraId="406B50D8" w14:textId="77777777" w:rsidR="00976B38" w:rsidRPr="003A0790" w:rsidRDefault="00976B38" w:rsidP="009202AB">
      <w:pPr>
        <w:ind w:left="-709"/>
        <w:rPr>
          <w:b/>
          <w:color w:val="FFFFFF"/>
          <w:sz w:val="38"/>
          <w:szCs w:val="24"/>
        </w:rPr>
      </w:pPr>
    </w:p>
    <w:p w14:paraId="380F1221" w14:textId="3F2D1AD6" w:rsidR="00A574CF" w:rsidRPr="003A0790" w:rsidRDefault="00000000" w:rsidP="009202AB">
      <w:pPr>
        <w:ind w:left="-709"/>
        <w:rPr>
          <w:color w:val="FFFFFF"/>
          <w:sz w:val="24"/>
          <w:szCs w:val="24"/>
        </w:rPr>
      </w:pPr>
      <w:r w:rsidRPr="003A0790">
        <w:rPr>
          <w:b/>
          <w:color w:val="FFFFFF"/>
          <w:sz w:val="38"/>
          <w:szCs w:val="24"/>
        </w:rPr>
        <w:t>👨‍👩‍👧 TIPS FOR PARENTS &amp; TEACHERS</w:t>
      </w:r>
    </w:p>
    <w:p w14:paraId="39CE6692" w14:textId="77777777" w:rsidR="009202AB" w:rsidRPr="003A0790" w:rsidRDefault="00000000" w:rsidP="009202AB">
      <w:pPr>
        <w:spacing w:after="0" w:line="240" w:lineRule="auto"/>
        <w:ind w:left="-709"/>
        <w:rPr>
          <w:color w:val="FFFFFF"/>
          <w:sz w:val="30"/>
          <w:szCs w:val="30"/>
        </w:rPr>
      </w:pPr>
      <w:r w:rsidRPr="003A0790">
        <w:rPr>
          <w:color w:val="FFFFFF"/>
          <w:sz w:val="26"/>
          <w:szCs w:val="26"/>
        </w:rPr>
        <w:t xml:space="preserve">✔ </w:t>
      </w:r>
      <w:r w:rsidRPr="003A0790">
        <w:rPr>
          <w:color w:val="FFFFFF"/>
          <w:sz w:val="30"/>
          <w:szCs w:val="30"/>
        </w:rPr>
        <w:t>Encourage healthy lunchboxes</w:t>
      </w:r>
      <w:r w:rsidRPr="003A0790">
        <w:rPr>
          <w:color w:val="FFFFFF"/>
          <w:sz w:val="30"/>
          <w:szCs w:val="30"/>
        </w:rPr>
        <w:br/>
        <w:t>✔ Limit sugary treats</w:t>
      </w:r>
      <w:r w:rsidRPr="003A0790">
        <w:rPr>
          <w:color w:val="FFFFFF"/>
          <w:sz w:val="30"/>
          <w:szCs w:val="30"/>
        </w:rPr>
        <w:br/>
        <w:t>✔ Help children brush properly</w:t>
      </w:r>
      <w:r w:rsidRPr="003A0790">
        <w:rPr>
          <w:color w:val="FFFFFF"/>
          <w:sz w:val="30"/>
          <w:szCs w:val="30"/>
        </w:rPr>
        <w:br/>
        <w:t>✔ Teach fun tooth-brushing habits</w:t>
      </w:r>
    </w:p>
    <w:p w14:paraId="6EB913AC" w14:textId="21A21C29" w:rsidR="009202AB" w:rsidRPr="003A0790" w:rsidRDefault="009202AB" w:rsidP="009202AB">
      <w:pPr>
        <w:spacing w:after="0" w:line="240" w:lineRule="auto"/>
        <w:ind w:left="-709"/>
        <w:rPr>
          <w:color w:val="FFFFFF"/>
          <w:sz w:val="30"/>
          <w:szCs w:val="30"/>
        </w:rPr>
      </w:pPr>
      <w:r w:rsidRPr="003A0790">
        <w:rPr>
          <w:color w:val="FFFFFF"/>
          <w:sz w:val="30"/>
          <w:szCs w:val="30"/>
        </w:rPr>
        <w:t>✔ Avoid eating before bed</w:t>
      </w:r>
    </w:p>
    <w:p w14:paraId="0E248814" w14:textId="2C8982EE" w:rsidR="003D5DBF" w:rsidRPr="003A0790" w:rsidRDefault="002F6A83" w:rsidP="009202AB">
      <w:pPr>
        <w:spacing w:after="0" w:line="240" w:lineRule="auto"/>
        <w:ind w:left="-709"/>
        <w:rPr>
          <w:color w:val="FFFFFF"/>
          <w:sz w:val="30"/>
          <w:szCs w:val="30"/>
        </w:rPr>
      </w:pPr>
      <w:r w:rsidRPr="003A0790">
        <w:rPr>
          <w:rFonts w:ascii="Segoe UI Symbol" w:hAnsi="Segoe UI Symbol" w:cs="Segoe UI Symbol"/>
          <w:color w:val="FFFFFF"/>
          <w:sz w:val="30"/>
          <w:szCs w:val="30"/>
        </w:rPr>
        <w:t>✔</w:t>
      </w:r>
      <w:r w:rsidRPr="003A0790">
        <w:rPr>
          <w:color w:val="FFFFFF"/>
          <w:sz w:val="30"/>
          <w:szCs w:val="30"/>
        </w:rPr>
        <w:t xml:space="preserve"> </w:t>
      </w:r>
      <w:r w:rsidR="00C0068E" w:rsidRPr="003A0790">
        <w:rPr>
          <w:color w:val="FFFFFF"/>
          <w:sz w:val="30"/>
          <w:szCs w:val="30"/>
        </w:rPr>
        <w:t>R</w:t>
      </w:r>
      <w:r w:rsidRPr="003A0790">
        <w:rPr>
          <w:color w:val="FFFFFF"/>
          <w:sz w:val="30"/>
          <w:szCs w:val="30"/>
        </w:rPr>
        <w:t xml:space="preserve">educe snacking between </w:t>
      </w:r>
      <w:r w:rsidR="00C0068E" w:rsidRPr="003A0790">
        <w:rPr>
          <w:color w:val="FFFFFF"/>
          <w:sz w:val="30"/>
          <w:szCs w:val="30"/>
        </w:rPr>
        <w:t>mealtimes</w:t>
      </w:r>
      <w:r w:rsidRPr="003A0790">
        <w:rPr>
          <w:color w:val="FFFFFF"/>
          <w:sz w:val="30"/>
          <w:szCs w:val="30"/>
        </w:rPr>
        <w:t xml:space="preserve"> </w:t>
      </w:r>
    </w:p>
    <w:p w14:paraId="4FF535F8" w14:textId="77777777" w:rsidR="003D5DBF" w:rsidRPr="003A0790" w:rsidRDefault="003D5DBF" w:rsidP="009202AB">
      <w:pPr>
        <w:spacing w:after="0" w:line="240" w:lineRule="auto"/>
        <w:ind w:left="-709"/>
        <w:rPr>
          <w:color w:val="FFFFFF"/>
        </w:rPr>
      </w:pPr>
    </w:p>
    <w:p w14:paraId="285FE69E" w14:textId="77777777" w:rsidR="00A574CF" w:rsidRPr="003A0790" w:rsidRDefault="00000000" w:rsidP="009202AB">
      <w:pPr>
        <w:ind w:left="-709"/>
        <w:jc w:val="center"/>
        <w:rPr>
          <w:color w:val="FFFFFF"/>
        </w:rPr>
      </w:pPr>
      <w:r w:rsidRPr="003A0790">
        <w:rPr>
          <w:b/>
          <w:color w:val="FFFFFF"/>
          <w:sz w:val="40"/>
        </w:rPr>
        <w:t>✨ KEEP SMILING, SUPER KIDS! ✨</w:t>
      </w:r>
    </w:p>
    <w:sectPr w:rsidR="00A574CF" w:rsidRPr="003A0790" w:rsidSect="009F477B">
      <w:headerReference w:type="default" r:id="rId8"/>
      <w:pgSz w:w="11909" w:h="16834"/>
      <w:pgMar w:top="1440" w:right="1800" w:bottom="1440" w:left="1800" w:header="426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E3A879" w14:textId="77777777" w:rsidR="00A155F9" w:rsidRDefault="00A155F9" w:rsidP="009F477B">
      <w:pPr>
        <w:spacing w:after="0" w:line="240" w:lineRule="auto"/>
      </w:pPr>
      <w:r>
        <w:separator/>
      </w:r>
    </w:p>
  </w:endnote>
  <w:endnote w:type="continuationSeparator" w:id="0">
    <w:p w14:paraId="35739FF9" w14:textId="77777777" w:rsidR="00A155F9" w:rsidRDefault="00A155F9" w:rsidP="009F47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24AE87" w14:textId="77777777" w:rsidR="00A155F9" w:rsidRDefault="00A155F9" w:rsidP="009F477B">
      <w:pPr>
        <w:spacing w:after="0" w:line="240" w:lineRule="auto"/>
      </w:pPr>
      <w:r>
        <w:separator/>
      </w:r>
    </w:p>
  </w:footnote>
  <w:footnote w:type="continuationSeparator" w:id="0">
    <w:p w14:paraId="2F591BCF" w14:textId="77777777" w:rsidR="00A155F9" w:rsidRDefault="00A155F9" w:rsidP="009F47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C4E6C3" w14:textId="6A527340" w:rsidR="009F477B" w:rsidRDefault="009F477B" w:rsidP="009F477B">
    <w:pPr>
      <w:pStyle w:val="Header"/>
      <w:ind w:left="-567" w:right="-1614" w:hanging="1233"/>
      <w:jc w:val="center"/>
    </w:pPr>
    <w:r w:rsidRPr="003A0790">
      <w:rPr>
        <w:rStyle w:val="IntenseQuoteChar"/>
        <w:b w:val="0"/>
        <w:outline/>
        <w:color w:val="EEECE1" w:themeColor="background2"/>
        <w:sz w:val="40"/>
        <w:szCs w:val="40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>SMILE DENTAL CENTRE MONTHLY NEWSLETTER</w:t>
    </w:r>
    <w:r w:rsidRPr="003A0790">
      <w:rPr>
        <w:outline/>
        <w:color w:val="EEECE1" w:themeColor="background2"/>
        <w:sz w:val="28"/>
        <w:szCs w:val="28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 xml:space="preserve">     </w:t>
    </w:r>
    <w:r w:rsidRPr="003A0790">
      <w:rPr>
        <w:outline/>
        <w:noProof/>
        <w:color w:val="EEECE1" w:themeColor="background2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 xml:space="preserve">       </w:t>
    </w:r>
    <w:r>
      <w:rPr>
        <w:noProof/>
      </w:rPr>
      <w:drawing>
        <wp:inline distT="0" distB="0" distL="0" distR="0" wp14:anchorId="2E38FC79" wp14:editId="534D64A0">
          <wp:extent cx="903620" cy="619125"/>
          <wp:effectExtent l="0" t="0" r="0" b="0"/>
          <wp:docPr id="367122997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1347696" name="Picture 121347696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07758" cy="6219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429540768">
    <w:abstractNumId w:val="8"/>
  </w:num>
  <w:num w:numId="2" w16cid:durableId="446659068">
    <w:abstractNumId w:val="6"/>
  </w:num>
  <w:num w:numId="3" w16cid:durableId="1224874283">
    <w:abstractNumId w:val="5"/>
  </w:num>
  <w:num w:numId="4" w16cid:durableId="1110854166">
    <w:abstractNumId w:val="4"/>
  </w:num>
  <w:num w:numId="5" w16cid:durableId="941456654">
    <w:abstractNumId w:val="7"/>
  </w:num>
  <w:num w:numId="6" w16cid:durableId="60105141">
    <w:abstractNumId w:val="3"/>
  </w:num>
  <w:num w:numId="7" w16cid:durableId="615068056">
    <w:abstractNumId w:val="2"/>
  </w:num>
  <w:num w:numId="8" w16cid:durableId="683216010">
    <w:abstractNumId w:val="1"/>
  </w:num>
  <w:num w:numId="9" w16cid:durableId="8368490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71251"/>
    <w:rsid w:val="0014412F"/>
    <w:rsid w:val="0015074B"/>
    <w:rsid w:val="00290AE8"/>
    <w:rsid w:val="0029639D"/>
    <w:rsid w:val="002F6A83"/>
    <w:rsid w:val="00326F90"/>
    <w:rsid w:val="003A0790"/>
    <w:rsid w:val="003A3A64"/>
    <w:rsid w:val="003D5DBF"/>
    <w:rsid w:val="00445101"/>
    <w:rsid w:val="005360DA"/>
    <w:rsid w:val="0059108D"/>
    <w:rsid w:val="00785660"/>
    <w:rsid w:val="0084381B"/>
    <w:rsid w:val="00903941"/>
    <w:rsid w:val="009202AB"/>
    <w:rsid w:val="00976B38"/>
    <w:rsid w:val="009F477B"/>
    <w:rsid w:val="00A155F9"/>
    <w:rsid w:val="00A574CF"/>
    <w:rsid w:val="00AA1D8D"/>
    <w:rsid w:val="00B47730"/>
    <w:rsid w:val="00C0068E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86CD23A"/>
  <w14:defaultImageDpi w14:val="300"/>
  <w15:docId w15:val="{F8D7E04A-2090-4BB6-A53F-1693598AB4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155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1042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Smile Centre</cp:lastModifiedBy>
  <cp:revision>10</cp:revision>
  <dcterms:created xsi:type="dcterms:W3CDTF">2013-12-23T23:15:00Z</dcterms:created>
  <dcterms:modified xsi:type="dcterms:W3CDTF">2026-05-21T16:19:00Z</dcterms:modified>
  <cp:category/>
</cp:coreProperties>
</file>